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הבס בחזה, הצפצוף באוזן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למה הופעה מרגשת? · </w:t>
      </w:r>
      <w:r>
        <w:rPr>
          <w:rFonts w:ascii="Arial" w:hAnsi="Arial" w:cs="Arial"/>
          <w:b w:val="0"/>
          <w:sz w:val="22"/>
          <w:rtl w:val="1"/>
          <w:szCs w:val="22"/>
        </w:rPr>
        <w:t>כי מרגישים שייכים.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במה מודדים עוצמת קול? · </w:t>
      </w:r>
      <w:r>
        <w:rPr>
          <w:rFonts w:ascii="Arial" w:hAnsi="Arial" w:cs="Arial"/>
          <w:b w:val="0"/>
          <w:sz w:val="22"/>
          <w:rtl w:val="1"/>
          <w:szCs w:val="22"/>
        </w:rPr>
        <w:t>בדציבלים.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עלול לקרות לאוזן? · </w:t>
      </w:r>
      <w:r>
        <w:rPr>
          <w:rFonts w:ascii="Arial" w:hAnsi="Arial" w:cs="Arial"/>
          <w:b w:val="0"/>
          <w:sz w:val="22"/>
          <w:rtl w:val="1"/>
          <w:szCs w:val="22"/>
        </w:rPr>
        <w:t>פגיעה בשמיעה.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דציבלים היא שיחה רגילה בערך? · </w:t>
      </w:r>
      <w:r>
        <w:rPr>
          <w:rFonts w:ascii="Arial" w:hAnsi="Arial" w:cs="Arial"/>
          <w:b w:val="0"/>
          <w:sz w:val="22"/>
          <w:rtl w:val="1"/>
          <w:szCs w:val="22"/>
        </w:rPr>
        <w:t>ג. 60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פירוש עלייה של כ־10 דציבלים? · </w:t>
      </w:r>
      <w:r>
        <w:rPr>
          <w:rFonts w:ascii="Arial" w:hAnsi="Arial" w:cs="Arial"/>
          <w:b w:val="0"/>
          <w:sz w:val="22"/>
          <w:rtl w:val="1"/>
          <w:szCs w:val="22"/>
        </w:rPr>
        <w:t>ב. חזק פי עשרה בעוצמה הפיזיקלית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עושים בהופעה צפופה?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מכירים יציאות / נקודת מפגש / שותים מים.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שמים באוזניים? · </w:t>
      </w:r>
      <w:r>
        <w:rPr>
          <w:rFonts w:ascii="Arial" w:hAnsi="Arial" w:cs="Arial"/>
          <w:b w:val="0"/>
          <w:sz w:val="22"/>
          <w:rtl w:val="1"/>
          <w:szCs w:val="22"/>
        </w:rPr>
        <w:t>אטמי אוזניים.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🎧 הבס בחזה, הצפצוף באוזן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🎧 הבס בחזה, הצפצוף באוזן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הופעה חיה מרגשת: הקהל שר יחד, ומרגישים שייכים.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את עוצמת הקול מודדים בדציבלים. שיחה – 60. הופעה – לפעמים יותר מ־100. זה חזק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רעש חזק יכול לפגוע בתאים באוזן. צפצוף אחרי הופעה הוא סימן אזהרה.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בהופעה צפופה: מכירים את היציאות, קובעים נקודת מפגש, שותים 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נהנים בחוכמה? אטמי אוזניים, לעמוד רחוק מהרמקולים, הפסקות, ולתכנן איך חוזרים הביתה.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דציבל – יחידה למדידת עוצמת קול · סואנת – רועשת מאוד · אות – סימן שמעביר מידע · עמום – לא ברור, חלש · חוזרת ונשנית – שקורה שוב ושוב · צפיפות – הרבה אנשים במקום קטן · אטמי אוזניים – פקקים קטנים שמכניסים לאוזן כדי להנמיך רעש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שייכים     דציבלים     שמיעה     יציאות     אטמים     רמקולים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הופעה מרגשת?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במה מודדים עוצמת קול?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עלול לקרות לאוזן?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דציבלים היא שיחה רגילה בערך?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30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100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60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פירוש עלייה של כ־10 דציבלים?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קצת יותר חזק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חזק פי עשרה בעוצמה הפיזיקלית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חזק פי שניים בדיוק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בהופעה צפופה?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שמים באוזניים?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״הבס בחזה, הצפצוף באוזן״?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הבס בחזה, הצפצוף באוזן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הבס בחזה, הצפצוף באוזן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